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Obafemi Olorede</w:t>
      </w:r>
    </w:p>
    <w:p>
      <w:pPr>
        <w:jc w:val="center"/>
      </w:pPr>
      <w:r>
        <w:t>Full-Stack Engineer · Lagos, Nigeria</w:t>
        <w:br/>
        <w:t>+234 811 554 3766 · obafemiolorede@gmail.com · jasmondsworks.vercel.app · github.com/JasmondWorks</w:t>
      </w:r>
    </w:p>
    <w:p>
      <w:r>
        <w:t>Full-Stack Engineer with 5+ years building complex web systems; whatever the domain demands. I move comfortably across the stack: architecting NestJS backends, shipping production Next.js frontends, and integrating real-time infrastructure. I care about systems that are correct, scalable, and maintainable; not just working.</w:t>
      </w:r>
    </w:p>
    <w:p>
      <w:pPr>
        <w:pStyle w:val="Heading1"/>
      </w:pPr>
      <w:r>
        <w:t>E X P E R I E N C E</w:t>
      </w:r>
    </w:p>
    <w:p>
      <w:r>
        <w:rPr>
          <w:b/>
        </w:rPr>
        <w:t>Frontend Engineer · Marimax Global Concepts Limited</w:t>
      </w:r>
      <w:r>
        <w:rPr>
          <w:i/>
        </w:rPr>
        <w:t xml:space="preserve"> | Sept 2025 – June 2026</w:t>
      </w:r>
    </w:p>
    <w:p>
      <w:pPr>
        <w:pStyle w:val="ListBullet"/>
      </w:pPr>
      <w:r>
        <w:t>Architected a multi-tenant Next.js system with sub-role switching, scoping API data dynamically per selected role context</w:t>
      </w:r>
    </w:p>
    <w:p>
      <w:pPr>
        <w:pStyle w:val="ListBullet"/>
      </w:pPr>
      <w:r>
        <w:t>Built a real-time delivery dispatch system with in-app and push notifications, cutting user feedback latency significantly</w:t>
      </w:r>
    </w:p>
    <w:p>
      <w:pPr>
        <w:pStyle w:val="ListBullet"/>
      </w:pPr>
      <w:r>
        <w:t>Implemented permission-based rendering patterns, eliminating raw role conditionals across the UI layer</w:t>
      </w:r>
    </w:p>
    <w:p>
      <w:r>
        <w:rPr>
          <w:b/>
        </w:rPr>
        <w:t>Fullstack Engineer · Prime Church</w:t>
      </w:r>
      <w:r>
        <w:rPr>
          <w:i/>
        </w:rPr>
        <w:t xml:space="preserve"> | March 2026 – Present</w:t>
      </w:r>
    </w:p>
    <w:p>
      <w:pPr>
        <w:pStyle w:val="ListBullet"/>
      </w:pPr>
      <w:r>
        <w:t>Designed and architected a multi-tenant, multi-organisation NestJS backend supporting users belonging to multiple organisations simultaneously</w:t>
      </w:r>
    </w:p>
    <w:p>
      <w:pPr>
        <w:pStyle w:val="ListBullet"/>
      </w:pPr>
      <w:r>
        <w:t>Built an organisation-switching API endpoint with session-aware context propagation</w:t>
      </w:r>
    </w:p>
    <w:p>
      <w:pPr>
        <w:pStyle w:val="ListBullet"/>
      </w:pPr>
      <w:r>
        <w:t>Implemented multi-role access control with admin-level overview and configuration surfaces</w:t>
      </w:r>
    </w:p>
    <w:p>
      <w:r>
        <w:rPr>
          <w:b/>
        </w:rPr>
        <w:t>Backend Engineer · Builders Who Ship</w:t>
      </w:r>
      <w:r>
        <w:rPr>
          <w:i/>
        </w:rPr>
        <w:t xml:space="preserve"> | Jan 2026</w:t>
      </w:r>
    </w:p>
    <w:p>
      <w:pPr>
        <w:pStyle w:val="ListBullet"/>
      </w:pPr>
      <w:r>
        <w:t>Normalised open-ended user input using an LLM pipeline, sanitising and structuring unstructured data before system ingestion</w:t>
      </w:r>
    </w:p>
    <w:p>
      <w:pPr>
        <w:pStyle w:val="ListBullet"/>
      </w:pPr>
      <w:r>
        <w:t>Contributed to a collaborative hackathon build, shipping a working product within a constrained timeline</w:t>
      </w:r>
    </w:p>
    <w:p>
      <w:r>
        <w:rPr>
          <w:b/>
        </w:rPr>
        <w:t>Backend Engineer · Cavista Hackathon 2026</w:t>
      </w:r>
      <w:r>
        <w:rPr>
          <w:i/>
        </w:rPr>
        <w:t xml:space="preserve"> | 2026 · Hackathon</w:t>
      </w:r>
    </w:p>
    <w:p>
      <w:pPr>
        <w:pStyle w:val="ListBullet"/>
      </w:pPr>
      <w:r>
        <w:t>Built the backend for DriftCare, an AI-powered daily health check-in platform that tracks how far users are drifting from their personal health baseline</w:t>
      </w:r>
    </w:p>
    <w:p>
      <w:pPr>
        <w:pStyle w:val="ListBullet"/>
      </w:pPr>
      <w:r>
        <w:t>Designed a drift score engine (0–100%) that starts at 100% for new users and adjusts over time as daily check-in responses are logged; dropping when health indicators default, holding when habits are maintained</w:t>
      </w:r>
    </w:p>
    <w:p>
      <w:pPr>
        <w:pStyle w:val="ListBullet"/>
      </w:pPr>
      <w:r>
        <w:t>System surfaces exactly which habits are defaulting so users can course-correct before conditions escalate to critical health situations</w:t>
      </w:r>
    </w:p>
    <w:p>
      <w:r>
        <w:rPr>
          <w:b/>
        </w:rPr>
        <w:t>Frontend Engineer · Cavista Hackathon 2025</w:t>
      </w:r>
      <w:r>
        <w:rPr>
          <w:i/>
        </w:rPr>
        <w:t xml:space="preserve"> | 2025 · Hackathon</w:t>
      </w:r>
    </w:p>
    <w:p>
      <w:pPr>
        <w:pStyle w:val="ListBullet"/>
      </w:pPr>
      <w:r>
        <w:t>Built the frontend for a pharmacist management platform where pharmacists create prescriptions for patients (drug name, category, dosage schedule) and patients automatically receive WhatsApp dosage reminders</w:t>
      </w:r>
    </w:p>
    <w:p>
      <w:pPr>
        <w:pStyle w:val="ListBullet"/>
      </w:pPr>
      <w:r>
        <w:t>Implemented a dashboard showing patient count, prescriptions administered, and prescription default count; patients list with drill-down to individual patient and per-prescription detail pages</w:t>
      </w:r>
    </w:p>
    <w:p>
      <w:pPr>
        <w:pStyle w:val="ListBullet"/>
      </w:pPr>
      <w:r>
        <w:t>Mapped dosage schedule codes (1-1-0, 1-0-1, etc.) to human-readable strings for a friendlier prescription creation experience</w:t>
      </w:r>
    </w:p>
    <w:p>
      <w:r>
        <w:rPr>
          <w:b/>
        </w:rPr>
        <w:t>Fullstack Engineer · Roware</w:t>
      </w:r>
      <w:r>
        <w:rPr>
          <w:i/>
        </w:rPr>
        <w:t xml:space="preserve"> | Oct 2020 – Dec 2022</w:t>
      </w:r>
    </w:p>
    <w:p>
      <w:pPr>
        <w:pStyle w:val="ListBullet"/>
      </w:pPr>
      <w:r>
        <w:t>Built static websites for clients including an MFM branch and Seplat, delivering polished, cross-browser compatible interfaces</w:t>
      </w:r>
    </w:p>
    <w:p>
      <w:pPr>
        <w:pStyle w:val="ListBullet"/>
      </w:pPr>
      <w:r>
        <w:t>Developed dynamic web applications using Node.js with EJS templating, owning both backend routing and server-side rendered views</w:t>
      </w:r>
    </w:p>
    <w:p>
      <w:pPr>
        <w:pStyle w:val="ListBullet"/>
      </w:pPr>
      <w:r>
        <w:t>Gained foundational experience in full-stack delivery: handling server logic, data flow, and frontend rendering before adopting React</w:t>
      </w:r>
    </w:p>
    <w:p>
      <w:pPr>
        <w:pStyle w:val="Heading1"/>
      </w:pPr>
      <w:r>
        <w:t>E D U C A T I O N</w:t>
      </w:r>
    </w:p>
    <w:p>
      <w:r>
        <w:rPr>
          <w:b/>
        </w:rPr>
        <w:t>BSc. Electrical &amp; Electronics Engineering · University of Lagos</w:t>
      </w:r>
      <w:r>
        <w:rPr>
          <w:i/>
        </w:rPr>
        <w:t xml:space="preserve"> | Dec 2019 – Feb 2027 (Expected)</w:t>
      </w:r>
    </w:p>
    <w:p>
      <w:pPr>
        <w:pStyle w:val="ListBullet"/>
      </w:pPr>
      <w:r>
        <w:t>Specialisation in circuit behaviour, hardware prototyping, and control systems</w:t>
      </w:r>
    </w:p>
    <w:p>
      <w:pPr>
        <w:pStyle w:val="ListBullet"/>
      </w:pPr>
      <w:r>
        <w:t>Final Year Project: ESP32-based smart distribution board with CT clamp sensing, relay automation, and a real-time web dashboard</w:t>
      </w:r>
    </w:p>
    <w:p>
      <w:pPr>
        <w:pStyle w:val="Heading1"/>
      </w:pPr>
      <w:r>
        <w:t>P R O J E C T S</w:t>
      </w:r>
    </w:p>
    <w:p>
      <w:r>
        <w:rPr>
          <w:b/>
        </w:rPr>
        <w:t>Seamless Point — Logistics, Utility Payments &amp; On-Demand Services</w:t>
      </w:r>
    </w:p>
    <w:p>
      <w:pPr>
        <w:pStyle w:val="ListBullet"/>
      </w:pPr>
      <w:r>
        <w:t>Built an all-in-one platform unifying courier/package delivery, utility bill payments (cable, electricity, data, airtime), and on-demand technician booking</w:t>
      </w:r>
    </w:p>
    <w:p>
      <w:pPr>
        <w:pStyle w:val="ListBullet"/>
      </w:pPr>
      <w:r>
        <w:t>Architected a decoupled Next.js frontend communicating with an external backend API via Server Actions, with TanStack Query for server state and Zustand for UI state</w:t>
      </w:r>
    </w:p>
    <w:p>
      <w:pPr>
        <w:pStyle w:val="ListBullet"/>
      </w:pPr>
      <w:r>
        <w:t>Integrated Paystack with a custom kobo-math fee computation module for accurate local and international charge previews before transaction</w:t>
      </w:r>
    </w:p>
    <w:p>
      <w:r>
        <w:rPr>
          <w:b/>
        </w:rPr>
        <w:t>FaithCare — Church Management Platform</w:t>
      </w:r>
    </w:p>
    <w:p>
      <w:pPr>
        <w:pStyle w:val="ListBullet"/>
      </w:pPr>
      <w:r>
        <w:t>Dual-persona SPA with JWT auth, React Query, and real-time member tracking; role-based access for admin and member views</w:t>
      </w:r>
    </w:p>
    <w:p>
      <w:r>
        <w:rPr>
          <w:b/>
        </w:rPr>
        <w:t>Busly — Lagos Bus Navigation App</w:t>
      </w:r>
    </w:p>
    <w:p>
      <w:pPr>
        <w:pStyle w:val="ListBullet"/>
      </w:pPr>
      <w:r>
        <w:t>Stop-by-stop transit navigation for informal urban networks; OSM data via Overpass API with PostGIS spatial seeding</w:t>
      </w:r>
    </w:p>
    <w:p>
      <w:pPr>
        <w:pStyle w:val="Heading1"/>
      </w:pPr>
      <w:r>
        <w:t>S K I L L S</w:t>
      </w:r>
    </w:p>
    <w:p>
      <w:r>
        <w:t>Languages &amp; Frameworks: TypeScript, JavaScript, Node.js, React, Next.js 15, NestJS, Express.js, EJS</w:t>
      </w:r>
    </w:p>
    <w:p>
      <w:r>
        <w:t>Architecture &amp; Patterns: Multi-tenancy, RBAC, JWT auth (silent refresh, httpOnly cookies), SSE, Webhooks, REST, Microservices</w:t>
      </w:r>
    </w:p>
    <w:p>
      <w:r>
        <w:t>Databases &amp; ORMs: PostgreSQL, MongoDB Atlas, Prisma, Mongoose, PostGIS</w:t>
      </w:r>
    </w:p>
    <w:p>
      <w:r>
        <w:t>Tools &amp; Platforms: Git/GitHub, Docker, Vercel, Figma, Paystack</w:t>
      </w:r>
    </w:p>
    <w:p>
      <w:r>
        <w:t>AI &amp; Emerging: LLM integration (OpenRouter), AI agent workflows, MCP servers, Prompt engineering</w:t>
      </w:r>
    </w:p>
    <w:p>
      <w:pPr>
        <w:pStyle w:val="Heading1"/>
      </w:pPr>
      <w:r>
        <w:t>A W A R D S</w:t>
      </w:r>
    </w:p>
    <w:p>
      <w:r>
        <w:t>Cavista Hackathon 2025, 2026 — Participant (see Experience for project details)</w:t>
      </w:r>
    </w:p>
    <w:p>
      <w:pPr>
        <w:pStyle w:val="Heading1"/>
      </w:pPr>
      <w:r>
        <w:t>L A N G U A G E S</w:t>
      </w:r>
    </w:p>
    <w:p>
      <w:r>
        <w:t>English (Fluent)</w:t>
      </w:r>
    </w:p>
    <w:p>
      <w:pPr>
        <w:pStyle w:val="Heading1"/>
      </w:pPr>
      <w:r>
        <w:t>A D D I T I O N A L</w:t>
      </w:r>
    </w:p>
    <w:p>
      <w:r>
        <w:t>Frontend Engineering Tutor Lead, NSBE — Mentored engineering students in modern web development practices within a global engineering organisation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